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מטרתה של כתבה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אופייניות לכתבה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מבנה הטקסט עוזר לזהות את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לדווח על אירוע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מי? מה? מתי?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לדברי, כך נמסר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להראות קשר בין סיבה לתוצאה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מטרתה לדווח על אירוע אמיתי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מילות קישור אופייניות לדיווח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כותרת המשנה מופיעה בתחילת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מבנה אופייני לכתבה עיתונאית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סוג הטקסט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(לדווח על אירוע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(לשתף ברגשות ובמחשבות עם אדם 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(לתת הוראות שלב אחר 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(לשכנע לקנות או לפעול)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(לספר עלילה דמיונית ולבדר)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הזיהוי של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כל הטקסט פעם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 לב למילים החוזרות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חפשו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אם הפסקה הראשונה עונה על מי? מה? מתי?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קבעו מהי מטרת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לדברי - כשמביאים ציטוט של מישהו; בעקבות - כשמראים קשר בין סיבה לתוצאה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מציין/ת: לדווח על אירוע אקטואלי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לדברי, לפי, כך נמסר, בעקבות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מי? מה? מתי? איפה?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כתבה עיתונאית קצרה מהעיתון ולבקש מהתלמידים לאתר בה את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פעילות לכרטיסיה המתאימה כדי לחזק את הזיהוי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טקסט נכתב בשביל סיבה אחרת. כתבה בעיתון מספרת על משהו שקרה. נלמד איך לזהות כתבה כזאת.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עיתונאית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על אירוע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כותבים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קטן מתחת לכותרת הראשית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אקטואלי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שקרה לאחרונה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לדווח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קרה בפועל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שאדם אמר, מובאים כלשונם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כותבים כתבה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לדווח על אירוע אקטואלי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הוראות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כתוב בפסקה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אהבתי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 מה? מתי?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מכינים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דעתי האישית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נמצאת הרבה בכתבות?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אחת, מזמן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לדברי, כך נמסר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מרגיש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בואו נדמיין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אחרי הכותרת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חתימת הכותב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משתמשים במילה בעקבות?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קשר בין סיבה לתוצאה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הוראת בישול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עיתונאית נועדה בעיקר לבדר את הקורא בסיפור דמיוני.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עיתונאית נהוג להשתמש במילים כמו לפי וכך נמסר.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המשנה מופיעה בדרך כלל באמצע הכתבה ולא בהתחלה.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הראשונה בכתבה עונה על השאלות מי, מה, מתי ואיפה.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כתבה עיתונאית מדווחת על אירוע __________ שקרה לאחרונה.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הקישור "__________" מופיעה כשהכתב מצטט דברים שמישהו אמר.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מתחת לכותרת הראשית מופיעה בדרך כלל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הפסקה ה__________ בכתבה עונה על מי? מה? מתי? איפה?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סוג הטקסט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כתבה עיתונאית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לשכנע לקנות או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לדווח על אירוע שקרה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בישול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לשתף ברגשות ובמחשבות עם אדם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לספר עלילה דמיונית ולבדר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לתת הוראות שלב אחר שלב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הזיהוי של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כותרת וכותרת 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הפסקה הראשונה עונה על מי? מה? מתי? איפה?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מהי מטרת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למילים החוזרות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כל הטקסט פעם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מילות קישור שמופיעות בכתבות עיתונאיות, והסבירו מתי משתמשים בכל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כתבה עיתונאית?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שמופיעה בכתבות עיתונאיות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עונה הפסקה הראשונה בכתבה?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כתבה עיתונאית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