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כתבה עיתונאית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מטרתה של כתבה עיתונאית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קישור אופייניות לכתבה עיתונאית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מבנה הטקסט עוזר לזהות את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לדווח על אירוע אקטואלי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מי? מה? מתי? איפה?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לדברי, כך נמסר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מטרתה לדווח על אירוע אמיתי שקרה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מילות קישור אופייניות לדיווח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אקטואלי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לדברי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סוג הטקסט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(לדווח על אירוע שקרה)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(לשתף ברגשות ובמחשבות עם אדם 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(לתת הוראות שלב אחר שלב)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(לשכנע לקנות או לפעול)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הזיהוי של 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כל הטקסט פעם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שימו לב למילים החוזרות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חפשו כותרת וכותרת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אם הפסקה הראשונה עונה על מי? מה? מתי? איפה?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מציין/ת: לדווח על אירוע אקטואלי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כמו לדברי, לפי, כך נמסר, בעקבות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מי? מה? מתי? איפה?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כתבה עיתונאית קצרה מהעיתון ולבקש מהתלמידים לאתר בה את מילות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פעילות לכרטיסיה המתאימה כדי לחזק את הזיהוי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כתבה עיתונאית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טקסט יש מטרה שונה - לדווח, לשכנע, לספר או להסביר. כתבה עיתונאית נועדה לדווח על אירוע אקטואלי. בדף זה נתרגל איך מזהים כתבה עיתונאית לפי המטרה, המילים והמבנה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אקטואלי  ·  לדברי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כתבה עיתונאית?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לשכנע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לדווח על אירוע אקטואלי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לספר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הפסקה הראשונה בכתבה עיתונאית עונה בעיקר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 אהבתי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מי? מה? מתי?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איך מכינים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מהמילים הבאות אופיינית לכתבה עיתונאית?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פעם אחת, מזמן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לדברי, כך נמסר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אני מרגיש 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כתבה עיתונאית נועדה בעיקר לבדר את הקורא בסיפור דמיוני.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בכתבה עיתונאית נהוג להשתמש במילים כמו לפי וכך נמסר.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כתבה עיתונאית מדווחת על אירוע __________ שקרה לאחרונה.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מילת הקישור "__________" מופיעה כשהכתב מצטט דברים שמישהו אמר.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סוג הטקסט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כתבה עיתונאית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לתת הוראות שלב אחר שלב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מכתב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לשכנע לקנות או לפעול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מתכון בישול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לשתף ברגשות ובמחשבות עם אדם 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פרסומת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לדווח על אירוע שקרה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הזיהוי של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חפשו כותרת וכותרת משנה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אם הפסקה הראשונה עונה על מי? מה? מתי? איפה?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שימו לב למילים החוזרות בטקסט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את כל הטקסט פעם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המטרה של כתבה עיתונאית?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מילת קישור אחת שמופיעה בכתבות עיתונאיות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– כתבה עיתונאית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